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1: Two Ways of Knowing the Land</w:t>
      </w:r>
    </w:p>
    <w:p>
      <w:pPr>
        <w:spacing w:after="200"/>
        <w:jc w:val="center"/>
      </w:pPr>
      <w:r>
        <w:rPr>
          <w:b w:val="0"/>
          <w:i/>
          <w:sz w:val="20"/>
        </w:rPr>
        <w:t>5/6 Science  -  Caring for the Land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In your own words, what is Two-Eyed Seeing?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Give one example of what Western science tells us and one thing First Peoples knowledge tells us about the land.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is interconnectedness? Give one example.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Two-Eyed Seeing in my own words.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